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CONTRATO DE PRESTAÇÃO DE SERVIÇOS</w:t>
      </w:r>
    </w:p>
    <w:p/>
    <w:p>
      <w:r>
        <w:t>CONTRATANTE: [Razão social/Nome], inscrito(a) no CNPJ/CPF sob o nº [___], com sede/endereço em [endereço completo], neste ato representado(a) por [nome do representante].</w:t>
      </w:r>
    </w:p>
    <w:p>
      <w:r>
        <w:t>CONTRATADO(A): [Razão social/Nome], inscrito(a) no CNPJ/CPF sob o nº [___], com sede/endereço em [endereço completo], neste ato representado(a) por [nome do representante].</w:t>
      </w:r>
    </w:p>
    <w:p>
      <w:r>
        <w:t>As partes acima identificadas têm, entre si, justo e acertado o presente Contrato de Prestação de Serviços, que se regerá pelas cláusulas seguintes.</w:t>
      </w:r>
    </w:p>
    <w:p>
      <w:r>
        <w:rPr>
          <w:b/>
        </w:rPr>
        <w:t>CLÁUSULA 1ª — DO OBJETO</w:t>
      </w:r>
    </w:p>
    <w:p>
      <w:r>
        <w:t>O presente contrato tem como objeto a prestação dos seguintes serviços pelo(a) CONTRATADO(A): [descrever detalhadamente os serviços, escopo, entregas e o que NÃO está incluído].</w:t>
      </w:r>
    </w:p>
    <w:p>
      <w:r>
        <w:rPr>
          <w:b/>
        </w:rPr>
        <w:t>CLÁUSULA 2ª — DO PRAZO</w:t>
      </w:r>
    </w:p>
    <w:p>
      <w:r>
        <w:t>Os serviços serão prestados no período de [data de início] a [data de término] / por prazo indeterminado, podendo ser prorrogado mediante acordo escrito entre as partes.</w:t>
      </w:r>
    </w:p>
    <w:p>
      <w:r>
        <w:rPr>
          <w:b/>
        </w:rPr>
        <w:t>CLÁUSULA 3ª — DO PREÇO E DA FORMA DE PAGAMENTO</w:t>
      </w:r>
    </w:p>
    <w:p>
      <w:r>
        <w:t>Pelos serviços prestados, o(a) CONTRATANTE pagará ao(à) CONTRATADO(A) o valor de R$ [___] ([valor por extenso]), a ser pago da seguinte forma: [à vista / parcelas mensais até o dia ___ / por entrega], mediante [Pix/transferência/boleto], contra apresentação de nota fiscal.</w:t>
      </w:r>
    </w:p>
    <w:p>
      <w:r>
        <w:rPr>
          <w:b/>
        </w:rPr>
        <w:t>CLÁUSULA 4ª — DAS OBRIGAÇÕES DO(A) CONTRATADO(A)</w:t>
      </w:r>
    </w:p>
    <w:p>
      <w:r>
        <w:t>a) Executar os serviços com qualidade técnica e dentro dos prazos acordados; b) Emitir nota fiscal correspondente aos valores recebidos; c) Arcar com os tributos incidentes sobre sua atividade; d) Manter sigilo sobre informações confidenciais do(a) CONTRATANTE.</w:t>
      </w:r>
    </w:p>
    <w:p>
      <w:r>
        <w:rPr>
          <w:b/>
        </w:rPr>
        <w:t>CLÁUSULA 5ª — DAS OBRIGAÇÕES DO(A) CONTRATANTE</w:t>
      </w:r>
    </w:p>
    <w:p>
      <w:r>
        <w:t>a) Fornecer as informações e acessos necessários à execução dos serviços; b) Efetuar os pagamentos nos prazos acordados; c) Comunicar formalmente qualquer alteração de escopo.</w:t>
      </w:r>
    </w:p>
    <w:p>
      <w:r>
        <w:rPr>
          <w:b/>
        </w:rPr>
        <w:t>CLÁUSULA 6ª — DA INEXISTÊNCIA DE VÍNCULO EMPREGATÍCIO</w:t>
      </w:r>
    </w:p>
    <w:p>
      <w:r>
        <w:t>A presente contratação não gera vínculo empregatício entre as partes, nem entre o(a) CONTRATANTE e os empregados ou prepostos do(a) CONTRATADO(A), correndo por conta deste(a) todas as despesas trabalhistas e previdenciárias de seu pessoal. O(A) CONTRATADO(A) executará os serviços com autonomia técnica e sem subordinação.</w:t>
      </w:r>
    </w:p>
    <w:p>
      <w:r>
        <w:rPr>
          <w:b/>
        </w:rPr>
        <w:t>CLÁUSULA 7ª — DA RESCISÃO</w:t>
      </w:r>
    </w:p>
    <w:p>
      <w:r>
        <w:t>O presente contrato poderá ser rescindido por qualquer das partes mediante aviso prévio por escrito de [30] dias. Em caso de descumprimento de qualquer cláusula, a parte prejudicada poderá rescindir imediatamente, sem prejuízo de perdas e danos. Multa por rescisão imotivada: [___]% sobre o valor restante do contrato.</w:t>
      </w:r>
    </w:p>
    <w:p>
      <w:r>
        <w:rPr>
          <w:b/>
        </w:rPr>
        <w:t>CLÁUSULA 8ª — DA CONFIDENCIALIDADE E PROTEÇÃO DE DADOS</w:t>
      </w:r>
    </w:p>
    <w:p>
      <w:r>
        <w:t>As partes obrigam-se a manter sigilo sobre informações confidenciais e a tratar dados pessoais conforme a Lei nº 13.709/2018 (LGPD), utilizando-os exclusivamente para a execução deste contrato.</w:t>
      </w:r>
    </w:p>
    <w:p>
      <w:r>
        <w:rPr>
          <w:b/>
        </w:rPr>
        <w:t>CLÁUSULA 9ª — DO FORO</w:t>
      </w:r>
    </w:p>
    <w:p>
      <w:r>
        <w:t>Fica eleito o foro da comarca de [cidade/UF] para dirimir quaisquer controvérsias oriundas deste contrato.</w:t>
      </w:r>
    </w:p>
    <w:p/>
    <w:p>
      <w:r>
        <w:t>E, por estarem assim justas e contratadas, as partes assinam o presente instrumento em duas vias de igual teor.</w:t>
      </w:r>
    </w:p>
    <w:p/>
    <w:p>
      <w:r>
        <w:t>[Cidade], [dia] de [mês] de [ano].</w:t>
      </w:r>
    </w:p>
    <w:p/>
    <w:p>
      <w:r>
        <w:t>_________________________________</w:t>
        <w:br/>
        <w:t>CONTRATANTE</w:t>
      </w:r>
    </w:p>
    <w:p/>
    <w:p>
      <w:r>
        <w:t>_________________________________</w:t>
        <w:br/>
        <w:t>CONTRATADO(A)</w:t>
      </w:r>
    </w:p>
    <w:p/>
    <w:p>
      <w:r>
        <w:t>_________________________________          _________________________________</w:t>
        <w:br/>
        <w:t>Testemunha 1 — CPF                                   Testemunha 2 — CPF</w:t>
      </w:r>
    </w:p>
    <w:p>
      <w:r>
        <w:rPr>
          <w:color w:val="94A3B8"/>
          <w:sz w:val="16"/>
        </w:rPr>
        <w:t>Modelo gratuito — amplitudecontabil.com.br. Revise com um advogado antes de usar.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